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F87" w:rsidRDefault="0067061D">
      <w:pPr>
        <w:pStyle w:val="Title"/>
      </w:pPr>
      <w:r>
        <w:t>North Cheshire Jewish Primary School</w:t>
      </w:r>
    </w:p>
    <w:p w:rsidR="00411F87" w:rsidRDefault="0067061D">
      <w:pPr>
        <w:pStyle w:val="Heading1"/>
      </w:pPr>
      <w:r>
        <w:t>Committees 2025-26</w:t>
      </w:r>
      <w:bookmarkStart w:id="0" w:name="_GoBack"/>
      <w:bookmarkEnd w:id="0"/>
    </w:p>
    <w:p w:rsidR="00411F87" w:rsidRDefault="0067061D">
      <w:pPr>
        <w:pStyle w:val="Heading2"/>
      </w:pPr>
      <w:r>
        <w:t>Pay</w:t>
      </w:r>
    </w:p>
    <w:p w:rsidR="00411F87" w:rsidRDefault="0067061D">
      <w:r>
        <w:t>Dan Rosenberg</w:t>
      </w:r>
    </w:p>
    <w:p w:rsidR="00411F87" w:rsidRDefault="0067061D">
      <w:r>
        <w:t>Andrew Joseph</w:t>
      </w:r>
    </w:p>
    <w:p w:rsidR="00411F87" w:rsidRDefault="0067061D">
      <w:r>
        <w:t>Simon Bloch</w:t>
      </w:r>
    </w:p>
    <w:p w:rsidR="00411F87" w:rsidRDefault="0067061D">
      <w:pPr>
        <w:pStyle w:val="Heading2"/>
      </w:pPr>
      <w:r>
        <w:t>Pay Appeals</w:t>
      </w:r>
    </w:p>
    <w:p w:rsidR="00411F87" w:rsidRDefault="0067061D">
      <w:r>
        <w:t>Naomi Hornby</w:t>
      </w:r>
    </w:p>
    <w:p w:rsidR="00411F87" w:rsidRDefault="0067061D">
      <w:r>
        <w:t>Alex Cohen</w:t>
      </w:r>
    </w:p>
    <w:p w:rsidR="00411F87" w:rsidRDefault="0067061D">
      <w:r>
        <w:t>Dena Ryness</w:t>
      </w:r>
    </w:p>
    <w:p w:rsidR="00411F87" w:rsidRDefault="0067061D">
      <w:pPr>
        <w:pStyle w:val="Heading2"/>
      </w:pPr>
      <w:r>
        <w:t>Resources</w:t>
      </w:r>
    </w:p>
    <w:p w:rsidR="00411F87" w:rsidRDefault="0067061D">
      <w:r>
        <w:t>Paul Abrams</w:t>
      </w:r>
    </w:p>
    <w:p w:rsidR="00411F87" w:rsidRDefault="0067061D">
      <w:r>
        <w:t>Simon Bloch</w:t>
      </w:r>
    </w:p>
    <w:p w:rsidR="00411F87" w:rsidRDefault="0067061D">
      <w:r>
        <w:t>Alex Cohen</w:t>
      </w:r>
    </w:p>
    <w:p w:rsidR="00411F87" w:rsidRDefault="0067061D">
      <w:r>
        <w:t>Benji Crammer</w:t>
      </w:r>
    </w:p>
    <w:p w:rsidR="00411F87" w:rsidRDefault="0067061D">
      <w:r>
        <w:t>Lynne Feather</w:t>
      </w:r>
    </w:p>
    <w:p w:rsidR="00411F87" w:rsidRDefault="0067061D">
      <w:r>
        <w:t>Robin Hawkes</w:t>
      </w:r>
    </w:p>
    <w:p w:rsidR="00411F87" w:rsidRDefault="0067061D">
      <w:r>
        <w:t>Naomi Hornby</w:t>
      </w:r>
    </w:p>
    <w:p w:rsidR="00411F87" w:rsidRDefault="0067061D">
      <w:r>
        <w:t>Andrew Joseph</w:t>
      </w:r>
    </w:p>
    <w:p w:rsidR="00411F87" w:rsidRDefault="0067061D">
      <w:r>
        <w:t>Andrew Lee</w:t>
      </w:r>
    </w:p>
    <w:p w:rsidR="00411F87" w:rsidRDefault="0067061D">
      <w:r>
        <w:t>Dan Rosenberg</w:t>
      </w:r>
    </w:p>
    <w:p w:rsidR="00411F87" w:rsidRDefault="0067061D">
      <w:r>
        <w:t>David Todd</w:t>
      </w:r>
    </w:p>
    <w:p w:rsidR="00411F87" w:rsidRDefault="0067061D">
      <w:r>
        <w:t>Michael Woolf</w:t>
      </w:r>
    </w:p>
    <w:p w:rsidR="00411F87" w:rsidRDefault="0067061D">
      <w:r>
        <w:t>Paul Abrams</w:t>
      </w:r>
    </w:p>
    <w:p w:rsidR="00411F87" w:rsidRDefault="0067061D">
      <w:pPr>
        <w:pStyle w:val="Heading2"/>
      </w:pPr>
      <w:r>
        <w:lastRenderedPageBreak/>
        <w:t>Safeguarding and Wellbeing</w:t>
      </w:r>
    </w:p>
    <w:p w:rsidR="00411F87" w:rsidRDefault="0067061D">
      <w:r>
        <w:t>Naomi Hornby</w:t>
      </w:r>
    </w:p>
    <w:p w:rsidR="00411F87" w:rsidRDefault="0067061D">
      <w:r>
        <w:t>Hannah Stollar</w:t>
      </w:r>
    </w:p>
    <w:p w:rsidR="00411F87" w:rsidRDefault="0067061D">
      <w:r>
        <w:t>Michael Woolf</w:t>
      </w:r>
    </w:p>
    <w:p w:rsidR="00411F87" w:rsidRDefault="0067061D">
      <w:r>
        <w:t>Andrew Lee</w:t>
      </w:r>
    </w:p>
    <w:p w:rsidR="00411F87" w:rsidRDefault="0067061D">
      <w:pPr>
        <w:pStyle w:val="Heading2"/>
      </w:pPr>
      <w:r>
        <w:t>Teaching and Learning</w:t>
      </w:r>
    </w:p>
    <w:p w:rsidR="00411F87" w:rsidRDefault="0067061D">
      <w:r>
        <w:t>Dena Ryness</w:t>
      </w:r>
    </w:p>
    <w:p w:rsidR="00411F87" w:rsidRDefault="0067061D">
      <w:r>
        <w:t>Lauren Hadden</w:t>
      </w:r>
    </w:p>
    <w:p w:rsidR="00411F87" w:rsidRDefault="0067061D">
      <w:r>
        <w:t>Naomi Hornby</w:t>
      </w:r>
    </w:p>
    <w:p w:rsidR="00411F87" w:rsidRDefault="0067061D">
      <w:r>
        <w:t>Andrew Lee</w:t>
      </w:r>
    </w:p>
    <w:p w:rsidR="00411F87" w:rsidRDefault="0067061D">
      <w:r>
        <w:t>Michael Woolf</w:t>
      </w:r>
    </w:p>
    <w:p w:rsidR="00411F87" w:rsidRDefault="0067061D">
      <w:pPr>
        <w:pStyle w:val="Heading2"/>
      </w:pPr>
      <w:r>
        <w:t xml:space="preserve">Headteachers’ Performance </w:t>
      </w:r>
      <w:r>
        <w:t>Management</w:t>
      </w:r>
    </w:p>
    <w:p w:rsidR="00411F87" w:rsidRDefault="0067061D">
      <w:r>
        <w:t>Alex Cohen</w:t>
      </w:r>
    </w:p>
    <w:p w:rsidR="00411F87" w:rsidRDefault="0067061D">
      <w:r>
        <w:t>Hannah Stollar</w:t>
      </w:r>
    </w:p>
    <w:p w:rsidR="00411F87" w:rsidRDefault="0067061D">
      <w:pPr>
        <w:pStyle w:val="Heading2"/>
      </w:pPr>
      <w:r>
        <w:t>Special Educational Needs and/or Disabilities (SEND) Governor</w:t>
      </w:r>
    </w:p>
    <w:p w:rsidR="00411F87" w:rsidRDefault="0067061D">
      <w:r>
        <w:t>Hannah Stollar</w:t>
      </w:r>
    </w:p>
    <w:p w:rsidR="00411F87" w:rsidRDefault="0067061D">
      <w:pPr>
        <w:pStyle w:val="Heading2"/>
      </w:pPr>
      <w:r>
        <w:t>Jewish Studies</w:t>
      </w:r>
    </w:p>
    <w:p w:rsidR="00411F87" w:rsidRDefault="0067061D">
      <w:r>
        <w:t>Benji Crammer</w:t>
      </w:r>
    </w:p>
    <w:p w:rsidR="00411F87" w:rsidRDefault="0067061D">
      <w:r>
        <w:t>Dan Rosenberg</w:t>
      </w:r>
    </w:p>
    <w:sectPr w:rsidR="00411F8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1F87"/>
    <w:rsid w:val="0067061D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35C7D6"/>
  <w14:defaultImageDpi w14:val="300"/>
  <w15:docId w15:val="{C146F1E5-588D-432E-8F7F-BF4C5F6DB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4E4569F-70DD-4D14-B780-8D0736A1D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Michael Woolf</cp:lastModifiedBy>
  <cp:revision>2</cp:revision>
  <dcterms:created xsi:type="dcterms:W3CDTF">2013-12-23T23:15:00Z</dcterms:created>
  <dcterms:modified xsi:type="dcterms:W3CDTF">2026-04-17T09:31:00Z</dcterms:modified>
  <cp:category/>
</cp:coreProperties>
</file>